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34599" cy="106539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34599" cy="106539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